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rFonts w:ascii="Arial" w:hAnsi="Arial"/>
          <w:b/>
          <w:sz w:val="34"/>
        </w:rPr>
        <w:t>INVESTMENT / ACQUISITION APPROVAL</w:t>
      </w:r>
    </w:p>
    <w:p>
      <w:pPr>
        <w:spacing w:after="200"/>
      </w:pPr>
      <w:r>
        <w:rPr>
          <w:rFonts w:ascii="Arial" w:hAnsi="Arial"/>
          <w:b/>
          <w:color w:val="5F6B73"/>
          <w:sz w:val="17"/>
        </w:rPr>
        <w:t>TO BE PRINTED / ISSUED ON THE COMPANY LETTERHEAD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Company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[COMPANY NAME]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Meeting / Resolution No.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Date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Subject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INVESTMENT / ACQUISITION APPROVAL</w:t>
            </w:r>
          </w:p>
        </w:tc>
      </w:tr>
    </w:tbl>
    <w:p/>
    <w:p>
      <w:pPr>
        <w:pStyle w:val="Heading1"/>
      </w:pPr>
      <w:r>
        <w:t>Legal basis</w:t>
      </w:r>
    </w:p>
    <w:p>
      <w:pPr>
        <w:spacing w:after="160"/>
      </w:pPr>
      <w:r>
        <w:t>Sections 179, 186 and other applicable provisions; applicable Rules; Articles; FEMA / SEBI where relevant.</w:t>
      </w:r>
    </w:p>
    <w:p>
      <w:pPr>
        <w:pStyle w:val="Heading1"/>
      </w:pPr>
      <w:r>
        <w:t>Background and purpose</w:t>
      </w:r>
    </w:p>
    <w:p>
      <w:pPr>
        <w:spacing w:after="160"/>
      </w:pPr>
      <w:r>
        <w:t>The Board considered the proposed investment of ₹[●] in [TARGET / SECURITY], including valuation, strategic rationale, funding source, limits under Section 186 and any regulatory approvals.</w:t>
      </w:r>
    </w:p>
    <w:p>
      <w:pPr>
        <w:pStyle w:val="Heading1"/>
      </w:pPr>
      <w:r>
        <w:t>Documents placed before the Board</w:t>
      </w:r>
    </w:p>
    <w:p>
      <w:pPr>
        <w:pStyle w:val="ListBullet"/>
        <w:spacing w:after="100"/>
      </w:pPr>
      <w:r>
        <w:t>Investment proposal / term sheet</w:t>
      </w:r>
    </w:p>
    <w:p>
      <w:pPr>
        <w:pStyle w:val="ListBullet"/>
        <w:spacing w:after="100"/>
      </w:pPr>
      <w:r>
        <w:t>Valuation / diligence report</w:t>
      </w:r>
    </w:p>
    <w:p>
      <w:pPr>
        <w:pStyle w:val="ListBullet"/>
        <w:spacing w:after="100"/>
      </w:pPr>
      <w:r>
        <w:t>Section 186 limits and approvals</w:t>
      </w:r>
    </w:p>
    <w:p>
      <w:pPr>
        <w:pStyle w:val="ListBullet"/>
        <w:spacing w:after="100"/>
      </w:pPr>
      <w:r>
        <w:t>Source of funds</w:t>
      </w:r>
    </w:p>
    <w:p>
      <w:pPr>
        <w:pStyle w:val="ListBullet"/>
        <w:spacing w:after="100"/>
      </w:pPr>
      <w:r>
        <w:t>FEMA / SEBI analysis, if applicable</w:t>
      </w:r>
    </w:p>
    <w:p>
      <w:pPr>
        <w:pStyle w:val="Heading1"/>
      </w:pPr>
      <w:r>
        <w:t>Board resolution</w:t>
      </w:r>
    </w:p>
    <w:p>
      <w:pPr>
        <w:spacing w:after="160"/>
      </w:pPr>
      <w:r>
        <w:rPr>
          <w:b/>
        </w:rPr>
        <w:t>RESOLVED THAT approval be and is hereby accorded to make an investment of up to ₹[●] in [TARGET / SECURITY] on the terms placed before the Board, subject to applicable law and completion of all conditions precedent.</w:t>
      </w:r>
    </w:p>
    <w:p>
      <w:pPr>
        <w:spacing w:after="160"/>
      </w:pPr>
      <w:r>
        <w:rPr>
          <w:b/>
        </w:rPr>
        <w:t>RESOLVED FURTHER THAT [NAME] be authorised to negotiate and execute definitive documents and make filings / disclosures required by law.</w:t>
      </w:r>
    </w:p>
    <w:p>
      <w:pPr>
        <w:pStyle w:val="Heading1"/>
      </w:pPr>
      <w:r>
        <w:t>Post-meeting actions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3331"/>
        <w:gridCol w:w="3331"/>
        <w:gridCol w:w="3331"/>
      </w:tblGrid>
      <w:tr>
        <w:trPr>
          <w:tblHeader w:val="true"/>
        </w:trPr>
        <w:tc>
          <w:tcPr>
            <w:tcW w:type="dxa" w:w="403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Action</w:t>
            </w:r>
          </w:p>
        </w:tc>
        <w:tc>
          <w:tcPr>
            <w:tcW w:type="dxa" w:w="259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Responsibility</w:t>
            </w:r>
          </w:p>
        </w:tc>
        <w:tc>
          <w:tcPr>
            <w:tcW w:type="dxa" w:w="4320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Timeline / reference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Complete due diligence / conditions precedent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Management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Before closing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Obtain shareholder approval, if required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Before transaction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Make statutory / regulatory filings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Applicable timeline</w:t>
            </w:r>
          </w:p>
        </w:tc>
      </w:tr>
    </w:tbl>
    <w:p/>
    <w:p>
      <w:pPr>
        <w:pStyle w:val="Heading1"/>
      </w:pPr>
      <w:r>
        <w:t>Certified true copy / execution</w:t>
      </w:r>
    </w:p>
    <w:p>
      <w:pPr>
        <w:spacing w:after="160"/>
      </w:pPr>
      <w:r>
        <w:t>Certified True Copy</w:t>
      </w:r>
    </w:p>
    <w:p>
      <w:pPr>
        <w:spacing w:after="160"/>
      </w:pPr>
      <w:r>
        <w:t>For [COMPANY NAME]</w:t>
      </w:r>
    </w:p>
    <w:p>
      <w:pPr>
        <w:spacing w:after="160"/>
      </w:pPr>
      <w:r>
        <w:t>[NAME]</w:t>
        <w:br/>
        <w:t>Director / Company Secretary</w:t>
        <w:br/>
        <w:t>DIN / Membership No.: [●]</w:t>
      </w:r>
    </w:p>
    <w:p>
      <w:pPr>
        <w:spacing w:after="160"/>
      </w:pPr>
      <w:r>
        <w:t>Drafting note: This is a professional working format, not a prescribed statutory form. Replace all [●] placeholders, align the wording with the Articles of Association and transaction documents, and verify the law and filing requirements applicable on the relevant date.</w:t>
      </w:r>
    </w:p>
    <w:p>
      <w:pPr>
        <w:spacing w:after="160"/>
      </w:pPr>
      <w:r>
        <w:t>For SIDDHI JAIN &amp; ASSOCIATES</w:t>
        <w:br/>
        <w:t>Company Secretaries · Corporate Advisory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37" w:right="1123" w:bottom="1008" w:left="1123" w:header="432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F6B73"/>
        <w:sz w:val="15"/>
      </w:rPr>
      <w:t>Working format · Verify current law, Rules, Secretarial Standards, SEBI / RBI requirements and company-specific facts before use.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b/>
        <w:color w:val="5F6B73"/>
        <w:sz w:val="16"/>
      </w:rPr>
      <w:t>SIDDHI JAIN &amp; ASSOCIATES  |  COMPANY SECRETARIES · CORPORATE ADVISORY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83" w:lineRule="auto"/>
    </w:pPr>
    <w:rPr>
      <w:rFonts w:ascii="Arial" w:hAnsi="Arial"/>
      <w:color w:val="20272D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20272D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60" w:after="120"/>
      <w:outlineLvl w:val="1"/>
    </w:pPr>
    <w:rPr>
      <w:rFonts w:asciiTheme="majorHAnsi" w:eastAsiaTheme="majorEastAsia" w:hAnsiTheme="majorHAnsi" w:cstheme="majorBidi" w:ascii="Arial" w:hAnsi="Arial"/>
      <w:b/>
      <w:bCs/>
      <w:color w:val="20272D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60" w:after="120"/>
      <w:outlineLvl w:val="2"/>
    </w:pPr>
    <w:rPr>
      <w:rFonts w:asciiTheme="majorHAnsi" w:eastAsiaTheme="majorEastAsia" w:hAnsiTheme="majorHAnsi" w:cstheme="majorBidi" w:ascii="Arial" w:hAnsi="Arial"/>
      <w:b/>
      <w:bCs/>
      <w:color w:val="20272D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 w:before="260"/>
      <w:contextualSpacing/>
    </w:pPr>
    <w:rPr>
      <w:rFonts w:asciiTheme="majorHAnsi" w:eastAsiaTheme="majorEastAsia" w:hAnsiTheme="majorHAnsi" w:cstheme="majorBidi" w:ascii="Arial" w:hAnsi="Arial"/>
      <w:b/>
      <w:color w:val="20272D"/>
      <w:spacing w:val="5"/>
      <w:kern w:val="28"/>
      <w:sz w:val="3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