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left"/>
      </w:pPr>
      <w:r>
        <w:rPr>
          <w:rFonts w:ascii="Arial" w:hAnsi="Arial"/>
          <w:b/>
          <w:sz w:val="34"/>
        </w:rPr>
        <w:t>ESOP / EMPLOYEE BENEFIT GRANT</w:t>
      </w:r>
    </w:p>
    <w:p>
      <w:pPr>
        <w:spacing w:after="200"/>
      </w:pPr>
      <w:r>
        <w:rPr>
          <w:rFonts w:ascii="Arial" w:hAnsi="Arial"/>
          <w:b/>
          <w:color w:val="5F6B73"/>
          <w:sz w:val="17"/>
        </w:rPr>
        <w:t>TO BE PRINTED / ISSUED ON THE COMPANY LETTERHEAD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4997"/>
        <w:gridCol w:w="4997"/>
      </w:tblGrid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Company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[COMPANY NAME]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CIN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Meeting / Resolution No.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Date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Subject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ESOP / EMPLOYEE BENEFIT GRANT</w:t>
            </w:r>
          </w:p>
        </w:tc>
      </w:tr>
    </w:tbl>
    <w:p/>
    <w:p>
      <w:pPr>
        <w:pStyle w:val="Heading1"/>
      </w:pPr>
      <w:r>
        <w:t>Legal basis</w:t>
      </w:r>
    </w:p>
    <w:p>
      <w:pPr>
        <w:spacing w:after="160"/>
      </w:pPr>
      <w:r>
        <w:t>Section 62(1)(b) and other applicable provisions; Rules; approved ESOP scheme; SEBI SBEBSE Regulations where applicable.</w:t>
      </w:r>
    </w:p>
    <w:p>
      <w:pPr>
        <w:pStyle w:val="Heading1"/>
      </w:pPr>
      <w:r>
        <w:t>Background and purpose</w:t>
      </w:r>
    </w:p>
    <w:p>
      <w:pPr>
        <w:spacing w:after="160"/>
      </w:pPr>
      <w:r>
        <w:t>The Board considered the grant of options under the approved ESOP scheme, including eligibility, number of options, exercise price, vesting and performance conditions.</w:t>
      </w:r>
    </w:p>
    <w:p>
      <w:pPr>
        <w:pStyle w:val="Heading1"/>
      </w:pPr>
      <w:r>
        <w:t>Documents placed before the Board</w:t>
      </w:r>
    </w:p>
    <w:p>
      <w:pPr>
        <w:pStyle w:val="ListBullet"/>
        <w:spacing w:after="100"/>
      </w:pPr>
      <w:r>
        <w:t>Approved ESOP scheme</w:t>
      </w:r>
    </w:p>
    <w:p>
      <w:pPr>
        <w:pStyle w:val="ListBullet"/>
        <w:spacing w:after="100"/>
      </w:pPr>
      <w:r>
        <w:t>Grant list</w:t>
      </w:r>
    </w:p>
    <w:p>
      <w:pPr>
        <w:pStyle w:val="ListBullet"/>
        <w:spacing w:after="100"/>
      </w:pPr>
      <w:r>
        <w:t>Valuation / pricing basis</w:t>
      </w:r>
    </w:p>
    <w:p>
      <w:pPr>
        <w:pStyle w:val="ListBullet"/>
        <w:spacing w:after="100"/>
      </w:pPr>
      <w:r>
        <w:t>Compensation / NRC recommendation</w:t>
      </w:r>
    </w:p>
    <w:p>
      <w:pPr>
        <w:pStyle w:val="ListBullet"/>
        <w:spacing w:after="100"/>
      </w:pPr>
      <w:r>
        <w:t>Disclosure and accounting note</w:t>
      </w:r>
    </w:p>
    <w:p>
      <w:pPr>
        <w:pStyle w:val="Heading1"/>
      </w:pPr>
      <w:r>
        <w:t>Board resolution</w:t>
      </w:r>
    </w:p>
    <w:p>
      <w:pPr>
        <w:spacing w:after="160"/>
      </w:pPr>
      <w:r>
        <w:rPr>
          <w:b/>
        </w:rPr>
        <w:t>RESOLVED THAT [NUMBER] options be and are hereby granted to the eligible employees / directors listed in Annexure A on the terms of the ESOP Scheme and grant letters.</w:t>
      </w:r>
    </w:p>
    <w:p>
      <w:pPr>
        <w:spacing w:after="160"/>
      </w:pPr>
      <w:r>
        <w:rPr>
          <w:b/>
        </w:rPr>
        <w:t>RESOLVED FURTHER THAT [NAME] be authorised to issue grant letters, maintain the option register and complete all disclosures and filings.</w:t>
      </w:r>
    </w:p>
    <w:p>
      <w:pPr>
        <w:pStyle w:val="Heading1"/>
      </w:pPr>
      <w:r>
        <w:t>Post-meeting actions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3331"/>
        <w:gridCol w:w="3331"/>
        <w:gridCol w:w="3331"/>
      </w:tblGrid>
      <w:tr>
        <w:trPr>
          <w:tblHeader w:val="true"/>
        </w:trPr>
        <w:tc>
          <w:tcPr>
            <w:tcW w:type="dxa" w:w="4032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Action</w:t>
            </w:r>
          </w:p>
        </w:tc>
        <w:tc>
          <w:tcPr>
            <w:tcW w:type="dxa" w:w="2592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Responsibility</w:t>
            </w:r>
          </w:p>
        </w:tc>
        <w:tc>
          <w:tcPr>
            <w:tcW w:type="dxa" w:w="4320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Timeline / reference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Issue grant letters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HR / CS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[DATE]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Update ESOP records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CS / RTA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Post grant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Make disclosure / filing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Company Secretary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As applicable</w:t>
            </w:r>
          </w:p>
        </w:tc>
      </w:tr>
    </w:tbl>
    <w:p/>
    <w:p>
      <w:pPr>
        <w:pStyle w:val="Heading1"/>
      </w:pPr>
      <w:r>
        <w:t>Certified true copy / execution</w:t>
      </w:r>
    </w:p>
    <w:p>
      <w:pPr>
        <w:spacing w:after="160"/>
      </w:pPr>
      <w:r>
        <w:t>Certified True Copy</w:t>
      </w:r>
    </w:p>
    <w:p>
      <w:pPr>
        <w:spacing w:after="160"/>
      </w:pPr>
      <w:r>
        <w:t>For [COMPANY NAME]</w:t>
      </w:r>
    </w:p>
    <w:p>
      <w:pPr>
        <w:spacing w:after="160"/>
      </w:pPr>
      <w:r>
        <w:t>[NAME]</w:t>
        <w:br/>
        <w:t>Director / Company Secretary</w:t>
        <w:br/>
        <w:t>DIN / Membership No.: [●]</w:t>
      </w:r>
    </w:p>
    <w:p>
      <w:pPr>
        <w:spacing w:after="160"/>
      </w:pPr>
      <w:r>
        <w:t>Drafting note: This is a professional working format, not a prescribed statutory form. Replace all [●] placeholders, align the wording with the Articles of Association and transaction documents, and verify the law and filing requirements applicable on the relevant date.</w:t>
      </w:r>
    </w:p>
    <w:p>
      <w:pPr>
        <w:spacing w:after="160"/>
      </w:pPr>
      <w:r>
        <w:t>For SIDDHI JAIN &amp; ASSOCIATES</w:t>
        <w:br/>
        <w:t>Company Secretaries · Corporate Advisory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37" w:right="1123" w:bottom="1008" w:left="1123" w:header="432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5F6B73"/>
        <w:sz w:val="15"/>
      </w:rPr>
      <w:t>Working format · Verify current law, Rules, Secretarial Standards, SEBI / RBI requirements and company-specific facts before use.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</w:pPr>
    <w:r>
      <w:rPr>
        <w:rFonts w:ascii="Arial" w:hAnsi="Arial"/>
        <w:b/>
        <w:color w:val="5F6B73"/>
        <w:sz w:val="16"/>
      </w:rPr>
      <w:t>SIDDHI JAIN &amp; ASSOCIATES  |  COMPANY SECRETARIES · CORPORATE ADVISORY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83" w:lineRule="auto"/>
    </w:pPr>
    <w:rPr>
      <w:rFonts w:ascii="Arial" w:hAnsi="Arial"/>
      <w:color w:val="20272D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20272D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60" w:after="120"/>
      <w:outlineLvl w:val="1"/>
    </w:pPr>
    <w:rPr>
      <w:rFonts w:asciiTheme="majorHAnsi" w:eastAsiaTheme="majorEastAsia" w:hAnsiTheme="majorHAnsi" w:cstheme="majorBidi" w:ascii="Arial" w:hAnsi="Arial"/>
      <w:b/>
      <w:bCs/>
      <w:color w:val="20272D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60" w:after="120"/>
      <w:outlineLvl w:val="2"/>
    </w:pPr>
    <w:rPr>
      <w:rFonts w:asciiTheme="majorHAnsi" w:eastAsiaTheme="majorEastAsia" w:hAnsiTheme="majorHAnsi" w:cstheme="majorBidi" w:ascii="Arial" w:hAnsi="Arial"/>
      <w:b/>
      <w:bCs/>
      <w:color w:val="20272D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20" w:line="240" w:lineRule="auto" w:before="260"/>
      <w:contextualSpacing/>
    </w:pPr>
    <w:rPr>
      <w:rFonts w:asciiTheme="majorHAnsi" w:eastAsiaTheme="majorEastAsia" w:hAnsiTheme="majorHAnsi" w:cstheme="majorBidi" w:ascii="Arial" w:hAnsi="Arial"/>
      <w:b/>
      <w:color w:val="20272D"/>
      <w:spacing w:val="5"/>
      <w:kern w:val="28"/>
      <w:sz w:val="3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