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BOARD MEETING – ANNUAL ACCOUNTS AND AGM NOTICE</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Audited financial statements and reports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Board’s Report and annexures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AGM date, time and venue / mode</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Notice and explanatory statement</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Dividend / appropriation, if applicable</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6.6 Agenda Item No. 6 — Authorisation for annual filings and dispatch</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